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מונחים ספרותיים מרכזיים הנלמדים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בתוך הגדרות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מונחים בכתיבה עצמית קצרה על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העברת משמעות בלי מילת השוואה, כמו 'שושנת פלאים'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הקול שמדבר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דמות עגולה מורכבת ומשתנה, דמות שטוחה בנויה סביב תכונה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פער בין מה שנאמר או מצופה לבין מה שקורה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סיום מפתיע שמשנה את הבנת הסיפור כולו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מספר שאי אפשר לסמוך עליו לגמרי בגלל פחד, אובססיה או ידע חלקי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הגדרת מטפורה; דימוי כולל מילת השוואה כמו כ-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בגוף ראשון הוא דמות בסיפור, לאו דווקא המחבר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סיום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בריאליזם מאגי מתארים את הפלאי בטון יומיומי ורגיל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המונח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פואנטה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שמסביר את מקורו של דבר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(תיאור חיים כפריים פשוטים ושלווים)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קצר שמאחוריו מסתתר רעיון כללי)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(יצירה שנכתבת לזכר מי שמת)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(גיבור שנלחם בכוח חזק ממנו ומגיע לסוף 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כולל מילת השוואה (כמו, כ-), מטפורה מעבירה משמעות בלי מילת השוואה. כל דוגמה מתאימה שמראה הבנה של ההבדל תתקבל.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שהמשפטים אכן ממחישים נכון את המונח שנבחר, לדוגמה משפט עם חזרה, משפט עם ניגוד וכדומה.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מונח אחד, הסביר אותו נכון, והראה דוגמה קונקרטית מתוך היצירה שנלמדה.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השוואה, מטפורה בלי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רלוונטית מיצירה שנלמדה מראה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פואנטה - סיום מפתיע שמשנה את הבנת הסיפור, מראה הבנה של מבנה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ניחוש מונח לפי הגדרה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להביא דוגמאות מתוך יצירות שנלמדו בכיתה ולא רק הגדרות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לדלג על הפריטים המסומנים ולהתמקד במונחים הבסיסיים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בשיעורי ספרות יש מילים מיוחדות שעוזרות להבין שיר או סיפור. בדף הזה נתרגל את המילים האלה בשאלות קצרות וברורות.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השוואה, דבר אחד הופך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עם מילת השוואה כמו כ-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בהכרח המשורר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מילה בתחילת שורות רצופות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צבע שמייצג רעיון גדול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מפתיע שמשנה את הבנת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קדום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שקורה באמת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העברת משמעות בלי מילת השוואה, כמו 'שושנת פלאים'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 קבוע של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פנייה ישירה לאדם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המשורר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שמדבר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שני סוגי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עגולה מורכבת ומשתנה, דמות שטוחה בנויה סביב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שטוחה מדברת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עגולה תמיד הגיבור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אירוניה?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פער בין מה שנאמר או מצופה לבין מה שקורה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מפורט של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קדום על 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זו פואנטה?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 של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מפתיע שמשנה את הבנת הסיפור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מספר שאי אפשר לסמוך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שמדבר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שאי אפשר לסמוך עליו לגמרי בגלל פחד, אובססיה או ידע חלקי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שתמיד צודק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שאינו משתתף בעלילה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בא בלי מילת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אנפורה היא חזרה על מילה או צירוף בתחילת שורות רצופות.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תמיד המחבר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פתוח משאיר לקוראים להשלים את המשמעות בעצמם.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בריאליזם מאגי מתארים אירוע פלאי בטון דרמטי ומוגזם.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המונח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הקול שמדבר בשיר, ואינו בהכרח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חזרה על מילה או צירוף בתחילת שורות רצופות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סיפור קדום על אלים וגיבורים שמנסה להסביר את העולם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חפץ, צבע או פעולה שמייצגים רעיון גדול מעצמם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סיום מפתיע וחד שמשנה את הבנת הסיפור כולו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אטיולוגיה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קצר שמאחוריו מסתתר רעיון כללי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אידיליה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יצירה שנכתבת לזכר מי שמת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שמסביר את מקורו של דבר 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גיבור שנלחם בכוח חזק ממנו ומגיע לסוף 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טרגדיה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חיים כפריים פשוטים ושלווים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דימוי למטפורה, והביאו דוגמה אחת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שלושה מונחים מהמילון וכתבו משפט קצר שממחיש 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שלמדתם השנה וכתבו כיצד בא לידי ביטוי בה אחד מהמונחים: אירוניה, סמל או תפנית.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למונח אחד שלמדתם היום מתוך יצירה שקראתם.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פואנטה, ולמה היא חשובה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מונחים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